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4E7" w:rsidRPr="003D6F9B" w:rsidRDefault="00CE0A87">
      <w:pPr>
        <w:jc w:val="center"/>
        <w:rPr>
          <w:lang w:val="pl-PL"/>
        </w:rPr>
      </w:pPr>
      <w:r w:rsidRPr="003D6F9B">
        <w:rPr>
          <w:b/>
          <w:sz w:val="28"/>
          <w:lang w:val="pl-PL"/>
        </w:rPr>
        <w:t>OŚWIADCZENIE I ZGODY</w:t>
      </w:r>
    </w:p>
    <w:p w:rsidR="003E74E7" w:rsidRPr="003D6F9B" w:rsidRDefault="00CE0A87">
      <w:pPr>
        <w:jc w:val="center"/>
        <w:rPr>
          <w:lang w:val="pl-PL"/>
        </w:rPr>
      </w:pPr>
      <w:r w:rsidRPr="003D6F9B">
        <w:rPr>
          <w:b/>
          <w:sz w:val="22"/>
          <w:lang w:val="pl-PL"/>
        </w:rPr>
        <w:t>X Sympozjum Fletowe „Warsztat młodego flecisty – teoria i praktyka”</w:t>
      </w:r>
    </w:p>
    <w:p w:rsidR="003E74E7" w:rsidRPr="003D6F9B" w:rsidRDefault="003E74E7">
      <w:pPr>
        <w:spacing w:after="100"/>
        <w:rPr>
          <w:lang w:val="pl-PL"/>
        </w:rPr>
      </w:pP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Dane uczestnika: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Imię i nazwisko: ....................................................................................................</w:t>
      </w:r>
    </w:p>
    <w:p w:rsidR="003E74E7" w:rsidRPr="003D6F9B" w:rsidRDefault="00CE0A87">
      <w:pPr>
        <w:rPr>
          <w:lang w:val="pl-PL"/>
        </w:rPr>
      </w:pPr>
      <w:r w:rsidRPr="003D6F9B">
        <w:rPr>
          <w:b/>
          <w:sz w:val="23"/>
          <w:lang w:val="pl-PL"/>
        </w:rPr>
        <w:t xml:space="preserve">1. ZGODA NA PRZETWARZANIE </w:t>
      </w:r>
      <w:r w:rsidRPr="003D6F9B">
        <w:rPr>
          <w:b/>
          <w:sz w:val="23"/>
          <w:lang w:val="pl-PL"/>
        </w:rPr>
        <w:t>DANYCH OSOBOWYCH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☐</w:t>
      </w:r>
      <w:r w:rsidRPr="003D6F9B">
        <w:rPr>
          <w:lang w:val="pl-PL"/>
        </w:rPr>
        <w:t xml:space="preserve"> WYRAŻAM ZGODĘ na przetwarzanie moich danych osobowych przez Akademię Muzyczną im. Feliksa Nowowiejskiego w Bydgoszczy w celu dokumentowania i promowania mojego udziału </w:t>
      </w:r>
      <w:r w:rsidR="00DC6576">
        <w:rPr>
          <w:lang w:val="pl-PL"/>
        </w:rPr>
        <w:br/>
      </w:r>
      <w:r w:rsidRPr="003D6F9B">
        <w:rPr>
          <w:lang w:val="pl-PL"/>
        </w:rPr>
        <w:t>w X Sympozjum Fletowym „Warsztat młodego flecisty – teoria i praktyka</w:t>
      </w:r>
      <w:r w:rsidRPr="003D6F9B">
        <w:rPr>
          <w:lang w:val="pl-PL"/>
        </w:rPr>
        <w:t>”.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Zakres zgody obejmuje w szczególności moje imię i nazwisko oraz dane utrwalone w związku z udziałem w wydarzeniu, w zakresie wskazanym w klauzuli informacyjnej.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Podstawą prawną przetwarzania danych objętych zgodą jest art. 6 ust. 1 lit. a RODO.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Zgoda je</w:t>
      </w:r>
      <w:r w:rsidRPr="003D6F9B">
        <w:rPr>
          <w:lang w:val="pl-PL"/>
        </w:rPr>
        <w:t>st dobrowolna. Mam prawo wycofać ją w dowolnym momencie. Wycofanie zgody nie wpływa na zgodność z prawem przetwarzania dokonanego przed jej wycofaniem.</w:t>
      </w:r>
    </w:p>
    <w:p w:rsidR="003E74E7" w:rsidRPr="003D6F9B" w:rsidRDefault="00CE0A87">
      <w:pPr>
        <w:rPr>
          <w:lang w:val="pl-PL"/>
        </w:rPr>
      </w:pPr>
      <w:r w:rsidRPr="003D6F9B">
        <w:rPr>
          <w:b/>
          <w:sz w:val="23"/>
          <w:lang w:val="pl-PL"/>
        </w:rPr>
        <w:t>2. ZGODA NA UTRWALANIE I ROZPOWSZECHNIANIE WIZERUNKU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☐</w:t>
      </w:r>
      <w:r w:rsidRPr="003D6F9B">
        <w:rPr>
          <w:lang w:val="pl-PL"/>
        </w:rPr>
        <w:t xml:space="preserve"> WYRAŻAM ZGODĘ na nieodpłatne utrwalanie i rozpows</w:t>
      </w:r>
      <w:r w:rsidRPr="003D6F9B">
        <w:rPr>
          <w:lang w:val="pl-PL"/>
        </w:rPr>
        <w:t xml:space="preserve">zechnianie mojego wizerunku utrwalonego podczas X Sympozjum Fletowego „Warsztat młodego flecisty – teoria i praktyka”, </w:t>
      </w:r>
      <w:r w:rsidR="00DC6576">
        <w:rPr>
          <w:lang w:val="pl-PL"/>
        </w:rPr>
        <w:br/>
      </w:r>
      <w:r w:rsidRPr="003D6F9B">
        <w:rPr>
          <w:lang w:val="pl-PL"/>
        </w:rPr>
        <w:t>w związku z dokumentowaniem, informowaniem o wydarzeniu i jego promocją.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Zgoda obejmuje w szczególności publikację fotografii i nagrań za</w:t>
      </w:r>
      <w:r w:rsidRPr="003D6F9B">
        <w:rPr>
          <w:lang w:val="pl-PL"/>
        </w:rPr>
        <w:t>wierających mój wizerunek:</w:t>
      </w:r>
    </w:p>
    <w:p w:rsidR="003E74E7" w:rsidRPr="003D6F9B" w:rsidRDefault="00CE0A87">
      <w:pPr>
        <w:spacing w:after="40"/>
        <w:rPr>
          <w:lang w:val="pl-PL"/>
        </w:rPr>
      </w:pPr>
      <w:r w:rsidRPr="003D6F9B">
        <w:rPr>
          <w:lang w:val="pl-PL"/>
        </w:rPr>
        <w:t>• na oficjalnej stronie internetowej Akademii;</w:t>
      </w:r>
    </w:p>
    <w:p w:rsidR="003E74E7" w:rsidRPr="003D6F9B" w:rsidRDefault="00CE0A87">
      <w:pPr>
        <w:spacing w:after="40"/>
        <w:rPr>
          <w:lang w:val="pl-PL"/>
        </w:rPr>
      </w:pPr>
      <w:r w:rsidRPr="003D6F9B">
        <w:rPr>
          <w:lang w:val="pl-PL"/>
        </w:rPr>
        <w:t>• na oficjalnych profilach Akademii w mediach społecznościowych, w szczególności Facebook, Instagram i YouTube;</w:t>
      </w:r>
    </w:p>
    <w:p w:rsidR="003E74E7" w:rsidRPr="003D6F9B" w:rsidRDefault="00CE0A87">
      <w:pPr>
        <w:spacing w:after="40"/>
        <w:rPr>
          <w:lang w:val="pl-PL"/>
        </w:rPr>
      </w:pPr>
      <w:r w:rsidRPr="003D6F9B">
        <w:rPr>
          <w:lang w:val="pl-PL"/>
        </w:rPr>
        <w:t>• w materiałach informacyjnych i promocyjnych dotyczących wydarzenia;</w:t>
      </w:r>
    </w:p>
    <w:p w:rsidR="003E74E7" w:rsidRPr="003D6F9B" w:rsidRDefault="00CE0A87">
      <w:pPr>
        <w:spacing w:after="40"/>
        <w:rPr>
          <w:lang w:val="pl-PL"/>
        </w:rPr>
      </w:pPr>
      <w:r w:rsidRPr="003D6F9B">
        <w:rPr>
          <w:lang w:val="pl-PL"/>
        </w:rPr>
        <w:t>• w materiałach przekazywanych mediom w związku z relacjonowaniem wydarzenia.</w:t>
      </w:r>
    </w:p>
    <w:p w:rsidR="003D6F9B" w:rsidRPr="003D6F9B" w:rsidRDefault="003D6F9B">
      <w:pPr>
        <w:spacing w:after="100"/>
        <w:rPr>
          <w:lang w:val="pl-PL"/>
        </w:rPr>
      </w:pPr>
      <w:r w:rsidRPr="003D6F9B">
        <w:rPr>
          <w:lang w:val="pl-PL"/>
        </w:rPr>
        <w:t xml:space="preserve">Zgoda zostaje udzielona </w:t>
      </w:r>
      <w:r w:rsidRPr="003D6F9B">
        <w:rPr>
          <w:rStyle w:val="Pogrubienie"/>
          <w:lang w:val="pl-PL"/>
        </w:rPr>
        <w:t>do czasu jej wycofania</w:t>
      </w:r>
      <w:r w:rsidRPr="003D6F9B">
        <w:rPr>
          <w:lang w:val="pl-PL"/>
        </w:rPr>
        <w:t xml:space="preserve"> i jest </w:t>
      </w:r>
      <w:r w:rsidRPr="003D6F9B">
        <w:rPr>
          <w:rStyle w:val="Pogrubienie"/>
          <w:lang w:val="pl-PL"/>
        </w:rPr>
        <w:t>nieodpłatna</w:t>
      </w:r>
      <w:r w:rsidRPr="003D6F9B">
        <w:rPr>
          <w:lang w:val="pl-PL"/>
        </w:rPr>
        <w:t>. Obejmuje również rozpowszechnianie materiałów za pośrednictwem innych mediów i kanałów komunikacji związanych z działalnością Akademii.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 xml:space="preserve">Zgodę na rozpowszechnianie wizerunku można </w:t>
      </w:r>
      <w:r w:rsidRPr="003D6F9B">
        <w:rPr>
          <w:lang w:val="pl-PL"/>
        </w:rPr>
        <w:t>wycofać w dowolnym momencie. Wycofanie zgody nie wpływa na zgodność z prawem wykorzystania wizerunku przed jej wycofaniem.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☐</w:t>
      </w:r>
      <w:r w:rsidRPr="003D6F9B">
        <w:rPr>
          <w:lang w:val="pl-PL"/>
        </w:rPr>
        <w:t xml:space="preserve"> Oświadczam, że zapoznałem/</w:t>
      </w:r>
      <w:proofErr w:type="spellStart"/>
      <w:r w:rsidRPr="003D6F9B">
        <w:rPr>
          <w:lang w:val="pl-PL"/>
        </w:rPr>
        <w:t>am</w:t>
      </w:r>
      <w:proofErr w:type="spellEnd"/>
      <w:r w:rsidRPr="003D6F9B">
        <w:rPr>
          <w:lang w:val="pl-PL"/>
        </w:rPr>
        <w:t xml:space="preserve"> się z klauzulą informacyjną dotyczącą przetwarzania danych osobowych.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br/>
        <w:t>...............................</w:t>
      </w:r>
      <w:r w:rsidRPr="003D6F9B">
        <w:rPr>
          <w:lang w:val="pl-PL"/>
        </w:rPr>
        <w:t>.....................................</w:t>
      </w:r>
      <w:r w:rsidRPr="003D6F9B">
        <w:rPr>
          <w:lang w:val="pl-PL"/>
        </w:rPr>
        <w:br/>
        <w:t>(miejscowość i data)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br/>
        <w:t>....................................................................</w:t>
      </w:r>
      <w:r w:rsidRPr="003D6F9B">
        <w:rPr>
          <w:lang w:val="pl-PL"/>
        </w:rPr>
        <w:br/>
        <w:t>(czytelny podpis)</w:t>
      </w:r>
    </w:p>
    <w:p w:rsidR="003E74E7" w:rsidRPr="003D6F9B" w:rsidRDefault="00CE0A87">
      <w:pPr>
        <w:rPr>
          <w:lang w:val="pl-PL"/>
        </w:rPr>
      </w:pPr>
      <w:r w:rsidRPr="003D6F9B">
        <w:rPr>
          <w:lang w:val="pl-PL"/>
        </w:rPr>
        <w:br w:type="page"/>
      </w:r>
    </w:p>
    <w:p w:rsidR="003E74E7" w:rsidRPr="003D6F9B" w:rsidRDefault="00CE0A87">
      <w:pPr>
        <w:jc w:val="center"/>
        <w:rPr>
          <w:lang w:val="pl-PL"/>
        </w:rPr>
      </w:pPr>
      <w:r w:rsidRPr="003D6F9B">
        <w:rPr>
          <w:b/>
          <w:sz w:val="28"/>
          <w:lang w:val="pl-PL"/>
        </w:rPr>
        <w:lastRenderedPageBreak/>
        <w:t>OŚWIADCZENIE RODZICA / PRZEDSTAWICIELA USTAWOWEGO</w:t>
      </w:r>
    </w:p>
    <w:p w:rsidR="003E74E7" w:rsidRPr="003D6F9B" w:rsidRDefault="00CE0A87">
      <w:pPr>
        <w:jc w:val="center"/>
        <w:rPr>
          <w:lang w:val="pl-PL"/>
        </w:rPr>
      </w:pPr>
      <w:r w:rsidRPr="003D6F9B">
        <w:rPr>
          <w:b/>
          <w:sz w:val="22"/>
          <w:lang w:val="pl-PL"/>
        </w:rPr>
        <w:t>X Sympozjum Fletowe „Warsztat młodego flecisty – teoria i</w:t>
      </w:r>
      <w:r w:rsidRPr="003D6F9B">
        <w:rPr>
          <w:b/>
          <w:sz w:val="22"/>
          <w:lang w:val="pl-PL"/>
        </w:rPr>
        <w:t xml:space="preserve"> praktyka”</w:t>
      </w:r>
    </w:p>
    <w:p w:rsidR="003E74E7" w:rsidRPr="003D6F9B" w:rsidRDefault="00CE0A87">
      <w:pPr>
        <w:rPr>
          <w:lang w:val="pl-PL"/>
        </w:rPr>
      </w:pPr>
      <w:r w:rsidRPr="003D6F9B">
        <w:rPr>
          <w:b/>
          <w:sz w:val="23"/>
          <w:lang w:val="pl-PL"/>
        </w:rPr>
        <w:t>DANE MAŁOLETNIEGO UCZESTNIKA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Imię i nazwisko dziecka: ............................................................................................</w:t>
      </w:r>
    </w:p>
    <w:p w:rsidR="003E74E7" w:rsidRPr="003D6F9B" w:rsidRDefault="00CE0A87">
      <w:pPr>
        <w:rPr>
          <w:lang w:val="pl-PL"/>
        </w:rPr>
      </w:pPr>
      <w:r w:rsidRPr="003D6F9B">
        <w:rPr>
          <w:b/>
          <w:sz w:val="23"/>
          <w:lang w:val="pl-PL"/>
        </w:rPr>
        <w:t>DANE RODZICA / PRZEDSTAWICIELA USTAWOWEGO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 xml:space="preserve">Imię i nazwisko: </w:t>
      </w:r>
      <w:r w:rsidRPr="003D6F9B">
        <w:rPr>
          <w:lang w:val="pl-PL"/>
        </w:rPr>
        <w:t>....................................................................................................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Oświadczam, że jestem rodzicem / przedsta</w:t>
      </w:r>
      <w:r w:rsidRPr="003D6F9B">
        <w:rPr>
          <w:lang w:val="pl-PL"/>
        </w:rPr>
        <w:t>wicielem ustawowym wskazanego wyżej małoletniego uczestnika.</w:t>
      </w:r>
    </w:p>
    <w:p w:rsidR="003E74E7" w:rsidRPr="003D6F9B" w:rsidRDefault="00CE0A87">
      <w:pPr>
        <w:rPr>
          <w:lang w:val="pl-PL"/>
        </w:rPr>
      </w:pPr>
      <w:r w:rsidRPr="003D6F9B">
        <w:rPr>
          <w:b/>
          <w:sz w:val="23"/>
          <w:lang w:val="pl-PL"/>
        </w:rPr>
        <w:t>1. ZGODA NA PRZETWARZANIE DANYCH OSOBOWYCH DZIECKA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☐</w:t>
      </w:r>
      <w:r w:rsidRPr="003D6F9B">
        <w:rPr>
          <w:lang w:val="pl-PL"/>
        </w:rPr>
        <w:t xml:space="preserve"> WYRAŻAM ZGODĘ na przetwarzanie danych osobowych mojego dziecka przez Akademię Muzyczną im. Feliksa Nowowiejskiego w Bydgoszczy w celu dokument</w:t>
      </w:r>
      <w:r w:rsidRPr="003D6F9B">
        <w:rPr>
          <w:lang w:val="pl-PL"/>
        </w:rPr>
        <w:t>owania i promowania jego udziału w X Sympozjum Fletowym „Warsztat młodego flecisty – teoria i praktyka”.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 xml:space="preserve">Zakres zgody obejmuje w szczególności imię i nazwisko dziecka oraz dane utrwalone w związku </w:t>
      </w:r>
      <w:r w:rsidR="00DC6576">
        <w:rPr>
          <w:lang w:val="pl-PL"/>
        </w:rPr>
        <w:br/>
      </w:r>
      <w:bookmarkStart w:id="0" w:name="_GoBack"/>
      <w:bookmarkEnd w:id="0"/>
      <w:r w:rsidRPr="003D6F9B">
        <w:rPr>
          <w:lang w:val="pl-PL"/>
        </w:rPr>
        <w:t>z udziałem w wydarzeniu, w zakresie wskazanym w klauzuli in</w:t>
      </w:r>
      <w:r w:rsidRPr="003D6F9B">
        <w:rPr>
          <w:lang w:val="pl-PL"/>
        </w:rPr>
        <w:t>formacyjnej.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Mam prawo wycofać zgodę w dowolnym momencie.</w:t>
      </w:r>
    </w:p>
    <w:p w:rsidR="003E74E7" w:rsidRPr="003D6F9B" w:rsidRDefault="00CE0A87">
      <w:pPr>
        <w:rPr>
          <w:lang w:val="pl-PL"/>
        </w:rPr>
      </w:pPr>
      <w:r w:rsidRPr="003D6F9B">
        <w:rPr>
          <w:b/>
          <w:sz w:val="23"/>
          <w:lang w:val="pl-PL"/>
        </w:rPr>
        <w:t>2. ZGODA NA UTRWALANIE I ROZPOWSZECHNIANIE WIZERUNKU DZIECKA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☐</w:t>
      </w:r>
      <w:r w:rsidRPr="003D6F9B">
        <w:rPr>
          <w:lang w:val="pl-PL"/>
        </w:rPr>
        <w:t xml:space="preserve"> WYRAŻAM ZGODĘ na nieodpłatne utrwalanie i rozpowszechnianie wizerunku mojego dziecka utrwalonego podczas X Sympozjum Fletowego „Warszta</w:t>
      </w:r>
      <w:r w:rsidRPr="003D6F9B">
        <w:rPr>
          <w:lang w:val="pl-PL"/>
        </w:rPr>
        <w:t>t młodego flecisty – teoria i praktyka”.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Zgoda obejmuje publikację fotografii i nagrań zawierających wizerunek dziecka:</w:t>
      </w:r>
    </w:p>
    <w:p w:rsidR="003E74E7" w:rsidRPr="003D6F9B" w:rsidRDefault="00CE0A87">
      <w:pPr>
        <w:spacing w:after="40"/>
        <w:rPr>
          <w:lang w:val="pl-PL"/>
        </w:rPr>
      </w:pPr>
      <w:r w:rsidRPr="003D6F9B">
        <w:rPr>
          <w:lang w:val="pl-PL"/>
        </w:rPr>
        <w:t>• na oficjalnej stronie internetowej Akademii;</w:t>
      </w:r>
    </w:p>
    <w:p w:rsidR="003E74E7" w:rsidRPr="003D6F9B" w:rsidRDefault="00CE0A87">
      <w:pPr>
        <w:spacing w:after="40"/>
        <w:rPr>
          <w:lang w:val="pl-PL"/>
        </w:rPr>
      </w:pPr>
      <w:r w:rsidRPr="003D6F9B">
        <w:rPr>
          <w:lang w:val="pl-PL"/>
        </w:rPr>
        <w:t>• na oficjalnych profilach Akademii w mediach społecznościowych, w szczególności Facebook</w:t>
      </w:r>
      <w:r w:rsidRPr="003D6F9B">
        <w:rPr>
          <w:lang w:val="pl-PL"/>
        </w:rPr>
        <w:t>, Instagram i YouTube;</w:t>
      </w:r>
    </w:p>
    <w:p w:rsidR="003E74E7" w:rsidRPr="003D6F9B" w:rsidRDefault="00CE0A87">
      <w:pPr>
        <w:spacing w:after="40"/>
        <w:rPr>
          <w:lang w:val="pl-PL"/>
        </w:rPr>
      </w:pPr>
      <w:r w:rsidRPr="003D6F9B">
        <w:rPr>
          <w:lang w:val="pl-PL"/>
        </w:rPr>
        <w:t>• w materiałach informacyjnych i promocyjnych dotyczących wydarzenia;</w:t>
      </w:r>
    </w:p>
    <w:p w:rsidR="003E74E7" w:rsidRPr="003D6F9B" w:rsidRDefault="00CE0A87">
      <w:pPr>
        <w:spacing w:after="40"/>
        <w:rPr>
          <w:lang w:val="pl-PL"/>
        </w:rPr>
      </w:pPr>
      <w:r w:rsidRPr="003D6F9B">
        <w:rPr>
          <w:lang w:val="pl-PL"/>
        </w:rPr>
        <w:t>• w materiałach przekazywanych mediom w związku z relacjonowaniem wydarzenia.</w:t>
      </w:r>
    </w:p>
    <w:p w:rsidR="003D6F9B" w:rsidRPr="003D6F9B" w:rsidRDefault="003D6F9B" w:rsidP="003D6F9B">
      <w:pPr>
        <w:spacing w:after="100"/>
        <w:rPr>
          <w:lang w:val="pl-PL"/>
        </w:rPr>
      </w:pPr>
      <w:r w:rsidRPr="003D6F9B">
        <w:rPr>
          <w:lang w:val="pl-PL"/>
        </w:rPr>
        <w:t xml:space="preserve">Zgoda zostaje udzielona </w:t>
      </w:r>
      <w:r w:rsidRPr="003D6F9B">
        <w:rPr>
          <w:rStyle w:val="NagwekZnak"/>
          <w:lang w:val="pl-PL"/>
        </w:rPr>
        <w:t>do czasu jej wycofania</w:t>
      </w:r>
      <w:r w:rsidRPr="003D6F9B">
        <w:rPr>
          <w:lang w:val="pl-PL"/>
        </w:rPr>
        <w:t xml:space="preserve"> i jest </w:t>
      </w:r>
      <w:r w:rsidRPr="003D6F9B">
        <w:rPr>
          <w:rStyle w:val="NagwekZnak"/>
          <w:lang w:val="pl-PL"/>
        </w:rPr>
        <w:t>nieodpłatna</w:t>
      </w:r>
      <w:r w:rsidRPr="003D6F9B">
        <w:rPr>
          <w:lang w:val="pl-PL"/>
        </w:rPr>
        <w:t>. Obejmuje również rozpowszechnianie materiałów za pośrednictwem innych mediów i kanałów komunikacji związanych z działalnością Akademii.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Zgodę można wycofać w dowolnym momencie. Po osiągnięciu pełnoletności uczestnik może samodzielnie wycofać zgodę dotyczącą jego danych i wizerunku.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☐</w:t>
      </w:r>
      <w:r w:rsidRPr="003D6F9B">
        <w:rPr>
          <w:lang w:val="pl-PL"/>
        </w:rPr>
        <w:t xml:space="preserve"> Oświadczam, że zapoznałem/</w:t>
      </w:r>
      <w:proofErr w:type="spellStart"/>
      <w:r w:rsidRPr="003D6F9B">
        <w:rPr>
          <w:lang w:val="pl-PL"/>
        </w:rPr>
        <w:t>am</w:t>
      </w:r>
      <w:proofErr w:type="spellEnd"/>
      <w:r w:rsidRPr="003D6F9B">
        <w:rPr>
          <w:lang w:val="pl-PL"/>
        </w:rPr>
        <w:t xml:space="preserve"> się z klauzulą informacyjną dotyczącą przetwarzania danych osobowych.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br/>
        <w:t>..</w:t>
      </w:r>
      <w:r w:rsidRPr="003D6F9B">
        <w:rPr>
          <w:lang w:val="pl-PL"/>
        </w:rPr>
        <w:t>..................................................................</w:t>
      </w:r>
      <w:r w:rsidRPr="003D6F9B">
        <w:rPr>
          <w:lang w:val="pl-PL"/>
        </w:rPr>
        <w:br/>
        <w:t>(miejscowość i data)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br/>
      </w:r>
      <w:r w:rsidRPr="003D6F9B">
        <w:rPr>
          <w:lang w:val="pl-PL"/>
        </w:rPr>
        <w:br/>
        <w:t>....................................................................</w:t>
      </w:r>
      <w:r w:rsidRPr="003D6F9B">
        <w:rPr>
          <w:lang w:val="pl-PL"/>
        </w:rPr>
        <w:br/>
        <w:t xml:space="preserve">(czytelny </w:t>
      </w:r>
      <w:r w:rsidRPr="003D6F9B">
        <w:rPr>
          <w:lang w:val="pl-PL"/>
        </w:rPr>
        <w:t>podpis rodzica / przedstawiciela ustawowego)</w:t>
      </w:r>
    </w:p>
    <w:p w:rsidR="003E74E7" w:rsidRPr="003D6F9B" w:rsidRDefault="00CE0A87">
      <w:pPr>
        <w:rPr>
          <w:lang w:val="pl-PL"/>
        </w:rPr>
      </w:pPr>
      <w:r w:rsidRPr="003D6F9B">
        <w:rPr>
          <w:lang w:val="pl-PL"/>
        </w:rPr>
        <w:lastRenderedPageBreak/>
        <w:br w:type="page"/>
      </w:r>
    </w:p>
    <w:p w:rsidR="003E74E7" w:rsidRPr="003D6F9B" w:rsidRDefault="00CE0A87">
      <w:pPr>
        <w:jc w:val="center"/>
        <w:rPr>
          <w:lang w:val="pl-PL"/>
        </w:rPr>
      </w:pPr>
      <w:r w:rsidRPr="003D6F9B">
        <w:rPr>
          <w:b/>
          <w:sz w:val="28"/>
          <w:lang w:val="pl-PL"/>
        </w:rPr>
        <w:lastRenderedPageBreak/>
        <w:t>OŚWIADCZENIE I ZGODY NAUCZYCIELA</w:t>
      </w:r>
    </w:p>
    <w:p w:rsidR="003E74E7" w:rsidRPr="003D6F9B" w:rsidRDefault="00CE0A87">
      <w:pPr>
        <w:jc w:val="center"/>
        <w:rPr>
          <w:lang w:val="pl-PL"/>
        </w:rPr>
      </w:pPr>
      <w:r w:rsidRPr="003D6F9B">
        <w:rPr>
          <w:b/>
          <w:sz w:val="22"/>
          <w:lang w:val="pl-PL"/>
        </w:rPr>
        <w:t>X Sympozjum Fletowe „Warsztat młodego flecisty – teoria i praktyka”</w:t>
      </w:r>
    </w:p>
    <w:p w:rsidR="003E74E7" w:rsidRPr="003D6F9B" w:rsidRDefault="003E74E7">
      <w:pPr>
        <w:spacing w:after="100"/>
        <w:rPr>
          <w:lang w:val="pl-PL"/>
        </w:rPr>
      </w:pP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 xml:space="preserve">Imię i nazwisko: </w:t>
      </w:r>
      <w:r w:rsidRPr="003D6F9B">
        <w:rPr>
          <w:lang w:val="pl-PL"/>
        </w:rPr>
        <w:t>....................................................................................................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Instytucja / szkoła / uczelnia: ....................................................................................</w:t>
      </w:r>
    </w:p>
    <w:p w:rsidR="003E74E7" w:rsidRPr="003D6F9B" w:rsidRDefault="00CE0A87">
      <w:pPr>
        <w:rPr>
          <w:lang w:val="pl-PL"/>
        </w:rPr>
      </w:pPr>
      <w:r w:rsidRPr="003D6F9B">
        <w:rPr>
          <w:b/>
          <w:sz w:val="23"/>
          <w:lang w:val="pl-PL"/>
        </w:rPr>
        <w:t>1. ZGODA NA PRZETWARZANIE DANYCH OSOBO</w:t>
      </w:r>
      <w:r w:rsidRPr="003D6F9B">
        <w:rPr>
          <w:b/>
          <w:sz w:val="23"/>
          <w:lang w:val="pl-PL"/>
        </w:rPr>
        <w:t>WYCH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☐</w:t>
      </w:r>
      <w:r w:rsidRPr="003D6F9B">
        <w:rPr>
          <w:lang w:val="pl-PL"/>
        </w:rPr>
        <w:t xml:space="preserve"> WYRAŻAM ZGODĘ na przetwarzanie moich danych osobowych przez Akademię Muzyczną im. Feliksa Nowowiejskiego w Bydgoszczy w celu dokumentowania, informowania o oraz promowania mojego udziału w X Sympozjum Fletowym.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 xml:space="preserve">Zgoda obejmuje w szczególności imię i </w:t>
      </w:r>
      <w:r w:rsidRPr="003D6F9B">
        <w:rPr>
          <w:lang w:val="pl-PL"/>
        </w:rPr>
        <w:t>nazwisko oraz dane utrwalone w związku z udziałem w wydarzeniu, w zakresie wskazanym w klauzuli informacyjnej.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Mam prawo wycofać zgodę w dowolnym momencie.</w:t>
      </w:r>
    </w:p>
    <w:p w:rsidR="003E74E7" w:rsidRPr="003D6F9B" w:rsidRDefault="00CE0A87">
      <w:pPr>
        <w:rPr>
          <w:lang w:val="pl-PL"/>
        </w:rPr>
      </w:pPr>
      <w:r w:rsidRPr="003D6F9B">
        <w:rPr>
          <w:b/>
          <w:sz w:val="23"/>
          <w:lang w:val="pl-PL"/>
        </w:rPr>
        <w:t>2. ZGODA NA UTRWALANIE I ROZPOWSZECHNIANIE WIZERUNKU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☐</w:t>
      </w:r>
      <w:r w:rsidRPr="003D6F9B">
        <w:rPr>
          <w:lang w:val="pl-PL"/>
        </w:rPr>
        <w:t xml:space="preserve"> WYRAŻAM ZGODĘ na nieodpłatne utrwalanie i roz</w:t>
      </w:r>
      <w:r w:rsidRPr="003D6F9B">
        <w:rPr>
          <w:lang w:val="pl-PL"/>
        </w:rPr>
        <w:t>powszechnianie mojego wizerunku utrwalonego podczas X Sympozjum Fletowego.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Zgoda obejmuje publikację fotografii i nagrań zawierających mój wizerunek:</w:t>
      </w:r>
    </w:p>
    <w:p w:rsidR="003E74E7" w:rsidRPr="003D6F9B" w:rsidRDefault="00CE0A87">
      <w:pPr>
        <w:spacing w:after="40"/>
        <w:rPr>
          <w:lang w:val="pl-PL"/>
        </w:rPr>
      </w:pPr>
      <w:r w:rsidRPr="003D6F9B">
        <w:rPr>
          <w:lang w:val="pl-PL"/>
        </w:rPr>
        <w:t>• na oficjalnej stronie internetowej Akademii;</w:t>
      </w:r>
    </w:p>
    <w:p w:rsidR="003E74E7" w:rsidRPr="003D6F9B" w:rsidRDefault="00CE0A87">
      <w:pPr>
        <w:spacing w:after="40"/>
        <w:rPr>
          <w:lang w:val="pl-PL"/>
        </w:rPr>
      </w:pPr>
      <w:r w:rsidRPr="003D6F9B">
        <w:rPr>
          <w:lang w:val="pl-PL"/>
        </w:rPr>
        <w:t>• na oficjalnych profilach Akademii w mediach społecznościo</w:t>
      </w:r>
      <w:r w:rsidRPr="003D6F9B">
        <w:rPr>
          <w:lang w:val="pl-PL"/>
        </w:rPr>
        <w:t>wych, w szczególności Facebook, Instagram i YouTube;</w:t>
      </w:r>
    </w:p>
    <w:p w:rsidR="003E74E7" w:rsidRPr="003D6F9B" w:rsidRDefault="00CE0A87">
      <w:pPr>
        <w:spacing w:after="40"/>
        <w:rPr>
          <w:lang w:val="pl-PL"/>
        </w:rPr>
      </w:pPr>
      <w:r w:rsidRPr="003D6F9B">
        <w:rPr>
          <w:lang w:val="pl-PL"/>
        </w:rPr>
        <w:t>• w materiałach informacyjnych i promocyjnych dotyczących wydarzenia;</w:t>
      </w:r>
    </w:p>
    <w:p w:rsidR="003E74E7" w:rsidRPr="003D6F9B" w:rsidRDefault="00CE0A87">
      <w:pPr>
        <w:spacing w:after="40"/>
        <w:rPr>
          <w:lang w:val="pl-PL"/>
        </w:rPr>
      </w:pPr>
      <w:r w:rsidRPr="003D6F9B">
        <w:rPr>
          <w:lang w:val="pl-PL"/>
        </w:rPr>
        <w:t>• w materiałach przekazywanych mediom w związku z relacjonowaniem wydarzenia.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Zgoda zostaje udzielona na okres 5 lat od dnia zakończe</w:t>
      </w:r>
      <w:r w:rsidRPr="003D6F9B">
        <w:rPr>
          <w:lang w:val="pl-PL"/>
        </w:rPr>
        <w:t>nia wydarzenia i jest nieodpłatna.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Zgodę na rozpowszechnianie wizerunku można wycofać w dowolnym momencie.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☐</w:t>
      </w:r>
      <w:r w:rsidRPr="003D6F9B">
        <w:rPr>
          <w:lang w:val="pl-PL"/>
        </w:rPr>
        <w:t xml:space="preserve"> Oświadczam, że zapoznałem/</w:t>
      </w:r>
      <w:proofErr w:type="spellStart"/>
      <w:r w:rsidRPr="003D6F9B">
        <w:rPr>
          <w:lang w:val="pl-PL"/>
        </w:rPr>
        <w:t>am</w:t>
      </w:r>
      <w:proofErr w:type="spellEnd"/>
      <w:r w:rsidRPr="003D6F9B">
        <w:rPr>
          <w:lang w:val="pl-PL"/>
        </w:rPr>
        <w:t xml:space="preserve"> się z klauzulą informacyjną dotyczącą przetwarzania danych osobowych.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br/>
        <w:t>...............................................</w:t>
      </w:r>
      <w:r w:rsidRPr="003D6F9B">
        <w:rPr>
          <w:lang w:val="pl-PL"/>
        </w:rPr>
        <w:t>.....................</w:t>
      </w:r>
      <w:r w:rsidRPr="003D6F9B">
        <w:rPr>
          <w:lang w:val="pl-PL"/>
        </w:rPr>
        <w:br/>
        <w:t>(miejscowość i data)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br/>
        <w:t>....................................................................</w:t>
      </w:r>
      <w:r w:rsidRPr="003D6F9B">
        <w:rPr>
          <w:lang w:val="pl-PL"/>
        </w:rPr>
        <w:br/>
        <w:t>(czytelny podpis)</w:t>
      </w:r>
    </w:p>
    <w:p w:rsidR="003E74E7" w:rsidRPr="003D6F9B" w:rsidRDefault="00CE0A87">
      <w:pPr>
        <w:rPr>
          <w:lang w:val="pl-PL"/>
        </w:rPr>
      </w:pPr>
      <w:r w:rsidRPr="003D6F9B">
        <w:rPr>
          <w:lang w:val="pl-PL"/>
        </w:rPr>
        <w:br w:type="page"/>
      </w:r>
    </w:p>
    <w:p w:rsidR="003E74E7" w:rsidRPr="003D6F9B" w:rsidRDefault="00CE0A87">
      <w:pPr>
        <w:jc w:val="center"/>
        <w:rPr>
          <w:lang w:val="pl-PL"/>
        </w:rPr>
      </w:pPr>
      <w:r w:rsidRPr="003D6F9B">
        <w:rPr>
          <w:b/>
          <w:sz w:val="28"/>
          <w:lang w:val="pl-PL"/>
        </w:rPr>
        <w:lastRenderedPageBreak/>
        <w:t>UWAGA DLA ORGANIZATORA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Niniejszy formularz zawiera dwie odrębne zgody, zaznaczane niezależnie: zgodę na przetwarzanie danyc</w:t>
      </w:r>
      <w:r w:rsidRPr="003D6F9B">
        <w:rPr>
          <w:lang w:val="pl-PL"/>
        </w:rPr>
        <w:t>h osobowych oraz zgodę na utrwalanie i rozpowszechnianie wizerunku.</w:t>
      </w:r>
    </w:p>
    <w:p w:rsidR="003E74E7" w:rsidRPr="003D6F9B" w:rsidRDefault="00CE0A87">
      <w:pPr>
        <w:spacing w:after="100"/>
        <w:rPr>
          <w:lang w:val="pl-PL"/>
        </w:rPr>
      </w:pPr>
      <w:r w:rsidRPr="003D6F9B">
        <w:rPr>
          <w:lang w:val="pl-PL"/>
        </w:rPr>
        <w:t>Formularz powinien być stosowany wraz z pełną klauzulą informacyjną z art. 13 RODO. Przed zastosowaniem w Akademii dokument powinien zostać zweryfikowany przez Inspektora Ochrony Danych lu</w:t>
      </w:r>
      <w:r w:rsidRPr="003D6F9B">
        <w:rPr>
          <w:lang w:val="pl-PL"/>
        </w:rPr>
        <w:t>b prawnika Akademii, w szczególności pod kątem podstaw prawnych, zakresu danych, okresu publikacji oraz zasad rozpowszechniania wizerunku.</w:t>
      </w:r>
    </w:p>
    <w:sectPr w:rsidR="003E74E7" w:rsidRPr="003D6F9B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D6F9B"/>
    <w:rsid w:val="003E74E7"/>
    <w:rsid w:val="00AA1D8D"/>
    <w:rsid w:val="00B47730"/>
    <w:rsid w:val="00BA3F5F"/>
    <w:rsid w:val="00CB0664"/>
    <w:rsid w:val="00CE0A87"/>
    <w:rsid w:val="00D400B4"/>
    <w:rsid w:val="00DC65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D5329E"/>
  <w14:defaultImageDpi w14:val="300"/>
  <w15:docId w15:val="{CDF8C35C-EFEA-48EF-AC18-7D8E0838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6F9B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BA3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3F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3F5F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F5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98278C-F097-4A98-AB50-C1DC2A4C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985</Words>
  <Characters>5915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Janusz</cp:lastModifiedBy>
  <cp:revision>2</cp:revision>
  <dcterms:created xsi:type="dcterms:W3CDTF">2026-09-04T04:58:00Z</dcterms:created>
  <dcterms:modified xsi:type="dcterms:W3CDTF">2026-09-04T04:58:00Z</dcterms:modified>
  <cp:category/>
</cp:coreProperties>
</file>